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spacing w:before="0" w:after="100" w:line="240" w:lineRule="exact"/>
        <w:jc w:val="left"/>
      </w:pPr>
      <w:r>
        <w:rPr>
          <w:b/>
          <w:caps/>
          <w:color w:val="3D6B96"/>
          <w:spacing w:val="30"/>
          <w:sz w:val="17"/>
        </w:rPr>
        <w:t>Igreja local · Transferência</w:t>
      </w:r>
    </w:p>
    <w:p>
      <w:pPr>
        <w:widowControl w:val="0"/>
        <w:spacing w:before="0" w:after="360" w:line="480" w:lineRule="exact"/>
        <w:jc w:val="left"/>
      </w:pPr>
      <w:r>
        <w:rPr>
          <w:b/>
          <w:color w:val="003A70"/>
          <w:sz w:val="34"/>
        </w:rPr>
        <w:t>Carta de Transferência de Membro Júnior</w:t>
      </w:r>
    </w:p>
    <w:p>
      <w:pPr>
        <w:widowControl w:val="0"/>
        <w:spacing w:before="0" w:after="240" w:line="370" w:lineRule="exact"/>
        <w:jc w:val="left"/>
      </w:pPr>
      <w:r>
        <w:rPr>
          <w:color w:val="263248"/>
          <w:sz w:val="22"/>
        </w:rPr>
        <w:t>Certificamos, por esta carta, que __________________________________ é membro júnior da Igreja Metodista Livre de __________________________, em comunhão com a igreja, e o(a) recomendamos com alegria à Igreja Metodista Livre de __________________________ ou a qualquer outra Igreja Metodista Livre. Ao ser recebido(a) na nova igreja, deixará de ser membro desta.</w:t>
      </w:r>
    </w:p>
    <w:p>
      <w:pPr>
        <w:widowControl w:val="0"/>
        <w:spacing w:before="80" w:after="240" w:line="370" w:lineRule="exact"/>
        <w:jc w:val="left"/>
      </w:pPr>
      <w:r>
        <w:rPr>
          <w:color w:val="263248"/>
          <w:sz w:val="22"/>
        </w:rPr>
        <w:t>Data de nascimento: ____/____/________          Recebido(a) como membro júnior em: ____/____/________</w:t>
      </w:r>
    </w:p>
    <w:p>
      <w:pPr>
        <w:widowControl w:val="0"/>
        <w:spacing w:before="120" w:after="80" w:line="340" w:lineRule="exact"/>
        <w:jc w:val="left"/>
      </w:pPr>
      <w:r>
        <w:rPr>
          <w:b/>
          <w:color w:val="003A70"/>
          <w:sz w:val="22"/>
        </w:rPr>
        <w:t>Batismo:</w:t>
      </w:r>
    </w:p>
    <w:p>
      <w:pPr>
        <w:widowControl w:val="0"/>
        <w:tabs>
          <w:tab w:pos="680" w:val="left"/>
        </w:tabs>
        <w:spacing w:before="0" w:after="10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Foi batizado(a) em ____/____/________</w:t>
      </w:r>
    </w:p>
    <w:p>
      <w:pPr>
        <w:widowControl w:val="0"/>
        <w:tabs>
          <w:tab w:pos="680" w:val="left"/>
        </w:tabs>
        <w:spacing w:before="0" w:after="260" w:line="340" w:lineRule="exact"/>
        <w:ind w:left="680" w:hanging="680"/>
        <w:jc w:val="left"/>
      </w:pPr>
      <w:r>
        <w:rPr>
          <w:color w:val="003A70"/>
          <w:sz w:val="22"/>
        </w:rPr>
        <w:t>(      )</w:t>
      </w:r>
      <w:r>
        <w:rPr>
          <w:color w:val="263248"/>
          <w:sz w:val="22"/>
        </w:rPr>
        <w:tab/>
        <w:t>Ainda não foi batizado(a)</w:t>
      </w:r>
    </w:p>
    <w:p>
      <w:pPr>
        <w:widowControl w:val="0"/>
        <w:spacing w:before="520" w:after="0" w:line="370" w:lineRule="exact"/>
        <w:jc w:val="right"/>
      </w:pPr>
      <w:r>
        <w:rPr>
          <w:color w:val="263248"/>
          <w:sz w:val="22"/>
        </w:rPr>
        <w:t>__________________________, ___ de ______________ de ________.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06"/>
      </w:tblGrid>
      <w:tr>
        <w:tc>
          <w:tcPr>
            <w:tcW w:type="dxa" w:w="4706"/>
          </w:tcPr>
          <w:p>
            <w:pPr>
              <w:pBdr>
                <w:top w:val="single" w:sz="6" w:space="4" w:color="263248"/>
              </w:pBdr>
              <w:spacing w:before="1000" w:after="0" w:line="240" w:lineRule="exact"/>
              <w:ind w:left="170" w:right="170"/>
              <w:jc w:val="center"/>
            </w:pPr>
            <w:r>
              <w:rPr>
                <w:color w:val="5A6B7D"/>
                <w:sz w:val="18"/>
              </w:rPr>
              <w:t>Pastor(a)</w:t>
            </w:r>
          </w:p>
        </w:tc>
      </w:tr>
    </w:tbl>
    <w:p>
      <w:pPr>
        <w:widowControl w:val="0"/>
        <w:spacing w:before="800" w:after="0" w:line="250" w:lineRule="exact"/>
        <w:jc w:val="left"/>
      </w:pPr>
      <w:r>
        <w:rPr>
          <w:i/>
          <w:color w:val="5A6B7D"/>
          <w:sz w:val="17"/>
        </w:rPr>
        <w:t>Esta carta deve ser entregue a outra Igreja Metodista Livre no prazo de um ano, a menos que seja renovada.</w:t>
      </w:r>
    </w:p>
    <w:sectPr w:rsidR="00FC693F" w:rsidRPr="0006063C" w:rsidSect="00034616">
      <w:headerReference w:type="default" r:id="rId9"/>
      <w:pgSz w:w="11906" w:h="16838"/>
      <w:pgMar w:top="2665" w:right="1247" w:bottom="1361" w:left="1247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ontserrat">
    <w:altName w:val="Arial"/>
    <w:panose1 w:val="00000000000000000000"/>
    <w:charset w:val="00"/>
    <w:family w:val="swiss"/>
    <w:pitch w:val="variable"/>
    <w:sig w:usb0="80000067" w:usb1="0000006A" w:usb2="00000000" w:usb3="00000000" w:csb0="20000197" w:csb1="00000000"/>
    <w:embedRegular r:id="rId1" w:fontKey="{36393F83-718B-4D1D-952B-BD51F89895A4}"/>
    <w:embedBold r:id="rId2" w:fontKey="{B956C281-A0E9-4BA8-B55D-D20E94BD443C}"/>
    <w:embedItalic r:id="rId3" w:fontKey="{1C5C4D7E-EB6D-4D38-B31C-34D17C0964EF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before="0" w:line="2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02" name="Fundo da página" descr="Moldura e logotipo da Igreja Metodista Livre do Brasil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undo-carta-sem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2" behindDoc="0" locked="0" layoutInCell="1" allowOverlap="1">
          <wp:simplePos x="0" y="0"/>
          <wp:positionH relativeFrom="page">
            <wp:posOffset>719051</wp:posOffset>
          </wp:positionH>
          <wp:positionV relativeFrom="page">
            <wp:posOffset>502920</wp:posOffset>
          </wp:positionV>
          <wp:extent cx="1799705" cy="610985"/>
          <wp:effectExtent l="0" t="0" r="0" b="0"/>
          <wp:wrapNone/>
          <wp:docPr id="202" name="Logotipo" descr="Logotipo da Igreja Metodista Livre do Brasil. Troque pelo da sua igreja ou Conferência: clique duas vezes no alto da página, clique com o botão direito no logotipo e escolha Alterar imagem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tip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99705" cy="6109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/>
    </w:pPr>
    <w:rPr>
      <w:rFonts w:ascii="Montserrat" w:hAnsi="Montserrat" w:eastAsia="Montserrat" w:cs="Montserrat"/>
      <w:color w:val="263248"/>
      <w:sz w:val="22"/>
      <w:lang w:val="pt-BR" w:eastAsia="pt-B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Transferência de Membro Júnior</dc:title>
  <dc:subject>Modelo do Apêndice do Manual da Igreja (Formulários)</dc:subject>
  <dc:creator>Igreja Metodista Livre do Brasil</dc:creator>
  <cp:keywords>Igreja Metodista Livre; Manual da Igreja; modelo; transferências</cp:keywords>
  <dc:description>Modelo para preencher no computador (digite sobre as linhas) ou imprimir e preencher à mão. metodistalivre.org.br</dc:description>
  <cp:lastModifiedBy>Igreja Metodista Livre do Brasil</cp:lastModifiedBy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