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Igreja local · Transferência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Carta de Transferência de Membro Pleno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Certificamos, por esta carta, que __________________________________ é membro pleno da Igreja Metodista Livre de __________________________, em comunhão com a igreja, e o(a) recomendamos com alegria à Igreja Metodista Livre de __________________________ ou a qualquer outra Igreja Metodista Livre. Ao ser recebido(a) na nova igreja, deixará de ser membro desta.</w:t>
      </w:r>
    </w:p>
    <w:p>
      <w:pPr>
        <w:widowControl w:val="0"/>
        <w:spacing w:before="80" w:after="240" w:line="370" w:lineRule="exact"/>
        <w:jc w:val="left"/>
      </w:pPr>
      <w:r>
        <w:rPr>
          <w:color w:val="263248"/>
          <w:sz w:val="22"/>
        </w:rPr>
        <w:t>Data de nascimento: ____/____/________          Data de batismo: ____/____/________</w:t>
      </w:r>
    </w:p>
    <w:p>
      <w:pPr>
        <w:widowControl w:val="0"/>
        <w:spacing w:before="120" w:after="80" w:line="340" w:lineRule="exact"/>
        <w:jc w:val="left"/>
      </w:pPr>
      <w:r>
        <w:rPr>
          <w:b/>
          <w:color w:val="003A70"/>
          <w:sz w:val="22"/>
        </w:rPr>
        <w:t>Condição ministerial:</w:t>
      </w:r>
    </w:p>
    <w:p>
      <w:pPr>
        <w:widowControl w:val="0"/>
        <w:tabs>
          <w:tab w:pos="680" w:val="left"/>
        </w:tabs>
        <w:spacing w:before="0" w:after="10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Candidato(a) Local ao Ministério</w:t>
      </w:r>
    </w:p>
    <w:p>
      <w:pPr>
        <w:widowControl w:val="0"/>
        <w:tabs>
          <w:tab w:pos="680" w:val="left"/>
        </w:tabs>
        <w:spacing w:before="0" w:after="10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Diácono ou diaconisa</w:t>
      </w:r>
    </w:p>
    <w:p>
      <w:pPr>
        <w:widowControl w:val="0"/>
        <w:tabs>
          <w:tab w:pos="680" w:val="left"/>
        </w:tabs>
        <w:spacing w:before="0" w:after="26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Presbítero(a) local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</w:tblGrid>
      <w:tr>
        <w:tc>
          <w:tcPr>
            <w:tcW w:type="dxa" w:w="4706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Pastor(a)</w:t>
            </w:r>
          </w:p>
        </w:tc>
      </w:tr>
    </w:tbl>
    <w:p>
      <w:pPr>
        <w:widowControl w:val="0"/>
        <w:spacing w:before="800" w:after="0" w:line="250" w:lineRule="exact"/>
        <w:jc w:val="left"/>
      </w:pPr>
      <w:r>
        <w:rPr>
          <w:i/>
          <w:color w:val="5A6B7D"/>
          <w:sz w:val="17"/>
        </w:rPr>
        <w:t>Esta carta deve ser entregue a outra Igreja Metodista Livre no prazo de um ano, a menos que seja renovada.</w:t>
      </w: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2DADFF8E-8558-4BE8-816B-6EC9A1F7EFD4}"/>
    <w:embedBold r:id="rId2" w:fontKey="{462D96E8-7BA2-40A5-A051-3A6FDD7EA6C5}"/>
    <w:embedItalic r:id="rId3" w:fontKey="{EDB76AC7-84E1-4447-8224-B3A0040A8E55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1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01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Transferência de Membro Pleno</dc:title>
  <dc:subject>Modelo do Apêndice do Manual da Igreja (Formulários)</dc:subject>
  <dc:creator>Igreja Metodista Livre do Brasil</dc:creator>
  <cp:keywords>Igreja Metodista Livre; Manual da Igreja; modelo; transferências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