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spacing w:before="0" w:after="100" w:line="240" w:lineRule="exact"/>
        <w:jc w:val="left"/>
      </w:pPr>
      <w:r>
        <w:rPr>
          <w:b/>
          <w:caps/>
          <w:color w:val="3D6B96"/>
          <w:spacing w:val="30"/>
          <w:sz w:val="17"/>
        </w:rPr>
        <w:t>Igreja local · Transferência</w:t>
      </w:r>
    </w:p>
    <w:p>
      <w:pPr>
        <w:widowControl w:val="0"/>
        <w:spacing w:before="0" w:after="360" w:line="480" w:lineRule="exact"/>
        <w:jc w:val="left"/>
      </w:pPr>
      <w:r>
        <w:rPr>
          <w:b/>
          <w:color w:val="003A70"/>
          <w:sz w:val="34"/>
        </w:rPr>
        <w:t>Carta de Transferência para Outra Denominação</w:t>
      </w:r>
    </w:p>
    <w:p>
      <w:pPr>
        <w:widowControl w:val="0"/>
        <w:spacing w:before="0" w:after="240" w:line="370" w:lineRule="exact"/>
        <w:jc w:val="left"/>
      </w:pPr>
      <w:r>
        <w:rPr>
          <w:color w:val="263248"/>
          <w:sz w:val="22"/>
        </w:rPr>
        <w:t>Certificamos, por esta carta, que __________________________________, que deseja tornar-se membro de outra igreja evangélica, é membro da Igreja Metodista Livre de __________________________, em comunhão com a igreja, e o(a) recomendamos fraternalmente à comunhão da Igreja __________________________, ou de qualquer outra igreja evangélica a que deseje unir-se. Sua condição de membro da Igreja Metodista Livre cessa quando esta carta for entregue à nova igreja.</w:t>
      </w:r>
    </w:p>
    <w:p>
      <w:pPr>
        <w:widowControl w:val="0"/>
        <w:spacing w:before="80" w:after="240" w:line="370" w:lineRule="exact"/>
        <w:jc w:val="left"/>
      </w:pPr>
      <w:r>
        <w:rPr>
          <w:color w:val="263248"/>
          <w:sz w:val="22"/>
        </w:rPr>
        <w:t>Data de nascimento: ____/____/________          Data de batismo: ____/____/________</w:t>
      </w:r>
    </w:p>
    <w:p>
      <w:pPr>
        <w:widowControl w:val="0"/>
        <w:spacing w:before="520" w:after="0" w:line="370" w:lineRule="exact"/>
        <w:jc w:val="right"/>
      </w:pPr>
      <w:r>
        <w:rPr>
          <w:color w:val="263248"/>
          <w:sz w:val="22"/>
        </w:rPr>
        <w:t>__________________________, ___ de ______________ de ________.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06"/>
      </w:tblGrid>
      <w:tr>
        <w:tc>
          <w:tcPr>
            <w:tcW w:type="dxa" w:w="4706"/>
          </w:tcPr>
          <w:p>
            <w:pPr>
              <w:pBdr>
                <w:top w:val="single" w:sz="6" w:space="4" w:color="263248"/>
              </w:pBdr>
              <w:spacing w:before="1000" w:after="0" w:line="240" w:lineRule="exact"/>
              <w:ind w:left="170" w:right="170"/>
              <w:jc w:val="center"/>
            </w:pPr>
            <w:r>
              <w:rPr>
                <w:color w:val="5A6B7D"/>
                <w:sz w:val="18"/>
              </w:rPr>
              <w:t>Pastor(a)</w:t>
            </w:r>
          </w:p>
        </w:tc>
      </w:tr>
    </w:tbl>
    <w:p>
      <w:pPr>
        <w:spacing w:after="0" w:line="40" w:lineRule="exact"/>
      </w:pPr>
    </w:p>
    <w:sectPr w:rsidR="00FC693F" w:rsidRPr="0006063C" w:rsidSect="00034616">
      <w:headerReference w:type="default" r:id="rId9"/>
      <w:pgSz w:w="11906" w:h="16838"/>
      <w:pgMar w:top="2665" w:right="1247" w:bottom="1361" w:left="124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ontserrat">
    <w:altName w:val="Arial"/>
    <w:panose1 w:val="00000000000000000000"/>
    <w:charset w:val="00"/>
    <w:family w:val="swiss"/>
    <w:pitch w:val="variable"/>
    <w:sig w:usb0="80000067" w:usb1="0000006A" w:usb2="00000000" w:usb3="00000000" w:csb0="20000197" w:csb1="00000000"/>
    <w:embedRegular r:id="rId1" w:fontKey="{01759EFC-D5F0-49E3-8783-E08DBE12B581}"/>
    <w:embedBold r:id="rId2" w:fontKey="{B778EA44-14DB-41B2-B993-CD68708B2AE7}"/>
    <w:embedItalic r:id="rId3" w:fontKey="{E87398ED-C4A5-4D7C-ADD6-8D7AC17705A3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03" name="Fundo da página" descr="Moldura e logotipo da Igreja Metodista Livre do Brasil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undo-carta-sem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2" behindDoc="0" locked="0" layoutInCell="1" allowOverlap="1">
          <wp:simplePos x="0" y="0"/>
          <wp:positionH relativeFrom="page">
            <wp:posOffset>719051</wp:posOffset>
          </wp:positionH>
          <wp:positionV relativeFrom="page">
            <wp:posOffset>502920</wp:posOffset>
          </wp:positionV>
          <wp:extent cx="1799705" cy="610985"/>
          <wp:effectExtent l="0" t="0" r="0" b="0"/>
          <wp:wrapNone/>
          <wp:docPr id="203" name="Logotipo" descr="Logotipo da Igreja Metodista Livre do Brasil. Troque pelo da sua igreja ou Conferência: clique duas vezes no alto da página, clique com o botão direito no logotipo e escolha Alterar imagem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tip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99705" cy="610985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/>
    </w:pPr>
    <w:rPr>
      <w:rFonts w:ascii="Montserrat" w:hAnsi="Montserrat" w:eastAsia="Montserrat" w:cs="Montserrat"/>
      <w:color w:val="263248"/>
      <w:sz w:val="22"/>
      <w:lang w:val="pt-BR" w:eastAsia="pt-B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Transferência para Outra Denominação</dc:title>
  <dc:subject>Modelo do Apêndice do Manual da Igreja (Formulários)</dc:subject>
  <dc:creator>Igreja Metodista Livre do Brasil</dc:creator>
  <cp:keywords>Igreja Metodista Livre; Manual da Igreja; modelo; transferências</cp:keywords>
  <dc:description>Modelo para preencher no computador (digite sobre as linhas) ou imprimir e preencher à mão. metodistalivre.org.br</dc:description>
  <cp:lastModifiedBy>Igreja Metodista Livre do Brasil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