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spacing w:before="0" w:after="100" w:line="240" w:lineRule="exact"/>
        <w:jc w:val="left"/>
      </w:pPr>
      <w:r>
        <w:rPr>
          <w:b/>
          <w:caps/>
          <w:color w:val="3D6B96"/>
          <w:spacing w:val="30"/>
          <w:sz w:val="17"/>
        </w:rPr>
        <w:t>Concílio Regional · Arrolamento em igreja local</w:t>
      </w:r>
    </w:p>
    <w:p>
      <w:pPr>
        <w:widowControl w:val="0"/>
        <w:spacing w:before="0" w:after="360" w:line="480" w:lineRule="exact"/>
        <w:jc w:val="left"/>
      </w:pPr>
      <w:r>
        <w:rPr>
          <w:b/>
          <w:color w:val="003A70"/>
          <w:sz w:val="34"/>
        </w:rPr>
        <w:t>Certificado de Alocação</w:t>
      </w:r>
    </w:p>
    <w:p>
      <w:pPr>
        <w:widowControl w:val="0"/>
        <w:spacing w:before="0" w:after="240" w:line="370" w:lineRule="exact"/>
        <w:jc w:val="left"/>
      </w:pPr>
      <w:r>
        <w:rPr>
          <w:color w:val="263248"/>
          <w:sz w:val="22"/>
        </w:rPr>
        <w:t>Certificamos que __________________________________ é Presbítero(a) em plena comunhão com o Concílio Regional ______________________ da Igreja Metodista Livre e recebe este Certificado de Alocação, passando a ser arrolado(a) numa igreja local como presbítero(a) local, por uma das razões abaixo:</w:t>
      </w:r>
    </w:p>
    <w:p>
      <w:pPr>
        <w:widowControl w:val="0"/>
        <w:tabs>
          <w:tab w:pos="680" w:val="left"/>
        </w:tabs>
        <w:spacing w:before="0" w:after="100" w:line="340" w:lineRule="exact"/>
        <w:ind w:left="680" w:hanging="680"/>
        <w:jc w:val="left"/>
      </w:pPr>
      <w:r>
        <w:rPr>
          <w:color w:val="003A70"/>
          <w:sz w:val="22"/>
        </w:rPr>
        <w:t>(      )</w:t>
      </w:r>
      <w:r>
        <w:rPr>
          <w:color w:val="263248"/>
          <w:sz w:val="22"/>
        </w:rPr>
        <w:tab/>
        <w:t>por solicitação própria;</w:t>
      </w:r>
    </w:p>
    <w:p>
      <w:pPr>
        <w:widowControl w:val="0"/>
        <w:tabs>
          <w:tab w:pos="680" w:val="left"/>
        </w:tabs>
        <w:spacing w:before="0" w:after="100" w:line="340" w:lineRule="exact"/>
        <w:ind w:left="680" w:hanging="680"/>
        <w:jc w:val="left"/>
      </w:pPr>
      <w:r>
        <w:rPr>
          <w:color w:val="003A70"/>
          <w:sz w:val="22"/>
        </w:rPr>
        <w:t>(      )</w:t>
      </w:r>
      <w:r>
        <w:rPr>
          <w:color w:val="263248"/>
          <w:sz w:val="22"/>
        </w:rPr>
        <w:tab/>
        <w:t>por ter ficado sem designação por dois anos consecutivos (§8600);</w:t>
      </w:r>
    </w:p>
    <w:p>
      <w:pPr>
        <w:widowControl w:val="0"/>
        <w:tabs>
          <w:tab w:pos="680" w:val="left"/>
        </w:tabs>
        <w:spacing w:before="0" w:after="260" w:line="340" w:lineRule="exact"/>
        <w:ind w:left="680" w:hanging="680"/>
        <w:jc w:val="left"/>
      </w:pPr>
      <w:r>
        <w:rPr>
          <w:color w:val="003A70"/>
          <w:sz w:val="22"/>
        </w:rPr>
        <w:t>(      )</w:t>
      </w:r>
      <w:r>
        <w:rPr>
          <w:color w:val="263248"/>
          <w:sz w:val="22"/>
        </w:rPr>
        <w:tab/>
        <w:t>por ter ficado de licença por dois anos ou mais (§8610).</w:t>
      </w:r>
    </w:p>
    <w:p>
      <w:pPr>
        <w:widowControl w:val="0"/>
        <w:spacing w:before="80" w:after="240" w:line="370" w:lineRule="exact"/>
        <w:jc w:val="left"/>
      </w:pPr>
      <w:r>
        <w:rPr>
          <w:color w:val="263248"/>
          <w:sz w:val="22"/>
        </w:rPr>
        <w:t>Igreja local de arrolamento: Igreja Metodista Livre de __________________________</w:t>
      </w:r>
    </w:p>
    <w:p>
      <w:pPr>
        <w:widowControl w:val="0"/>
        <w:spacing w:before="0" w:after="240" w:line="370" w:lineRule="exact"/>
        <w:jc w:val="left"/>
      </w:pPr>
      <w:r>
        <w:rPr>
          <w:color w:val="263248"/>
          <w:sz w:val="22"/>
        </w:rPr>
        <w:t>Emitido na sessão do Concílio Regional realizada em __________________________.</w:t>
      </w:r>
    </w:p>
    <w:p>
      <w:pPr>
        <w:widowControl w:val="0"/>
        <w:spacing w:before="520" w:after="0" w:line="370" w:lineRule="exact"/>
        <w:jc w:val="right"/>
      </w:pPr>
      <w:r>
        <w:rPr>
          <w:color w:val="263248"/>
          <w:sz w:val="22"/>
        </w:rPr>
        <w:t>__________________________, ___ de ______________ de ________.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4677"/>
          </w:tcPr>
          <w:p>
            <w:pPr>
              <w:pBdr>
                <w:top w:val="single" w:sz="6" w:space="4" w:color="263248"/>
              </w:pBdr>
              <w:spacing w:before="1000" w:after="0" w:line="240" w:lineRule="exact"/>
              <w:ind w:left="170" w:right="170"/>
              <w:jc w:val="center"/>
            </w:pPr>
            <w:r>
              <w:rPr>
                <w:color w:val="5A6B7D"/>
                <w:sz w:val="18"/>
              </w:rPr>
              <w:t>Presidente do Concílio Regional</w:t>
            </w:r>
          </w:p>
        </w:tc>
        <w:tc>
          <w:tcPr>
            <w:tcW w:type="dxa" w:w="4677"/>
          </w:tcPr>
          <w:p>
            <w:pPr>
              <w:pBdr>
                <w:top w:val="single" w:sz="6" w:space="4" w:color="263248"/>
              </w:pBdr>
              <w:spacing w:before="1000" w:after="0" w:line="240" w:lineRule="exact"/>
              <w:ind w:left="170" w:right="170"/>
              <w:jc w:val="center"/>
            </w:pPr>
            <w:r>
              <w:rPr>
                <w:color w:val="5A6B7D"/>
                <w:sz w:val="18"/>
              </w:rPr>
              <w:t>Secretário(a) do Concílio Regional</w:t>
            </w:r>
          </w:p>
        </w:tc>
      </w:tr>
    </w:tbl>
    <w:p>
      <w:pPr>
        <w:spacing w:after="0" w:line="40" w:lineRule="exact"/>
      </w:pPr>
    </w:p>
    <w:sectPr w:rsidR="00FC693F" w:rsidRPr="0006063C" w:rsidSect="00034616">
      <w:headerReference w:type="default" r:id="rId9"/>
      <w:pgSz w:w="11906" w:h="16838"/>
      <w:pgMar w:top="2665" w:right="1247" w:bottom="1361" w:left="1247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ontserrat">
    <w:altName w:val="Arial"/>
    <w:panose1 w:val="00000000000000000000"/>
    <w:charset w:val="00"/>
    <w:family w:val="swiss"/>
    <w:pitch w:val="variable"/>
    <w:sig w:usb0="80000067" w:usb1="0000006A" w:usb2="00000000" w:usb3="00000000" w:csb0="20000197" w:csb1="00000000"/>
    <w:embedRegular r:id="rId1" w:fontKey="{5D73F7FD-778F-450B-8978-3F81DFCFDD56}"/>
    <w:embedBold r:id="rId2" w:fontKey="{5AC9603C-8C6C-4CF4-ACD8-C524E675BFCB}"/>
    <w:embedItalic r:id="rId3" w:fontKey="{6A3CDF9E-B71A-4372-B90B-08D4052A3B6E}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before="0" w:line="2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113" name="Fundo da página" descr="Moldura e logotipo da Igreja Metodista Livre do Brasil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undo-carta-sem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  <w:r>
      <w:drawing>
        <wp:anchor xmlns:a="http://schemas.openxmlformats.org/drawingml/2006/main" xmlns:pic="http://schemas.openxmlformats.org/drawingml/2006/picture" distT="0" distB="0" distL="0" distR="0" simplePos="0" relativeHeight="2" behindDoc="0" locked="0" layoutInCell="1" allowOverlap="1">
          <wp:simplePos x="0" y="0"/>
          <wp:positionH relativeFrom="page">
            <wp:posOffset>719051</wp:posOffset>
          </wp:positionH>
          <wp:positionV relativeFrom="page">
            <wp:posOffset>502920</wp:posOffset>
          </wp:positionV>
          <wp:extent cx="1799705" cy="610985"/>
          <wp:effectExtent l="0" t="0" r="0" b="0"/>
          <wp:wrapNone/>
          <wp:docPr id="213" name="Logotipo" descr="Logotipo da Igreja Metodista Livre do Brasil. Troque pelo da sua igreja ou Conferência: clique duas vezes no alto da página, clique com o botão direito no logotipo e escolha Alterar imagem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tip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99705" cy="610985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/>
    </w:pPr>
    <w:rPr>
      <w:rFonts w:ascii="Montserrat" w:hAnsi="Montserrat" w:eastAsia="Montserrat" w:cs="Montserrat"/>
      <w:color w:val="263248"/>
      <w:sz w:val="22"/>
      <w:lang w:val="pt-BR" w:eastAsia="pt-B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Certificado de Alocação</dc:title>
  <dc:subject>Modelo do Apêndice do Manual da Igreja (Formulários)</dc:subject>
  <dc:creator>Igreja Metodista Livre do Brasil</dc:creator>
  <cp:keywords>Igreja Metodista Livre; Manual da Igreja; modelo; certificados e transferência</cp:keywords>
  <dc:description>Modelo para preencher no computador (digite sobre as linhas) ou imprimir e preencher à mão. metodistalivre.org.br</dc:description>
  <cp:lastModifiedBy>Igreja Metodista Livre do Brasil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