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spacing w:before="0" w:after="0" w:line="800" w:lineRule="exact"/>
        <w:jc w:val="center"/>
      </w:pPr>
      <w:r>
        <w:rPr>
          <w:b/>
          <w:caps/>
          <w:color w:val="003A70"/>
          <w:spacing w:val="120"/>
          <w:sz w:val="60"/>
        </w:rPr>
        <w:t>CERTIFICADO</w:t>
      </w:r>
    </w:p>
    <w:p>
      <w:pPr>
        <w:widowControl w:val="0"/>
        <w:spacing w:before="0" w:after="160" w:line="400" w:lineRule="exact"/>
        <w:jc w:val="center"/>
      </w:pPr>
      <w:r>
        <w:rPr>
          <w:b/>
          <w:caps/>
          <w:color w:val="3D6B96"/>
          <w:spacing w:val="40"/>
          <w:sz w:val="28"/>
        </w:rPr>
        <w:t>DE BATISMO INFANTIL</w:t>
      </w:r>
    </w:p>
    <w:p>
      <w:pPr>
        <w:pBdr>
          <w:top w:val="single" w:sz="18" w:space="0" w:color="FF7F32"/>
        </w:pBdr>
        <w:spacing w:before="0" w:after="760" w:line="40" w:lineRule="exact"/>
        <w:ind w:left="6038" w:right="6038"/>
      </w:pPr>
      <w:r>
        <w:rPr>
          <w:sz w:val="4"/>
        </w:rPr>
        <w:t xml:space="preserve"> 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Certificamos que</w:t>
      </w:r>
    </w:p>
    <w:p>
      <w:pPr>
        <w:widowControl w:val="0"/>
        <w:spacing w:before="40" w:after="160" w:line="460" w:lineRule="exact"/>
        <w:jc w:val="center"/>
      </w:pPr>
      <w:r>
        <w:rPr>
          <w:b/>
          <w:color w:val="003A70"/>
          <w:sz w:val="32"/>
        </w:rPr>
        <w:t>__________________________________,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filho(a) de __________________________________ e de __________________________________, nascido(a) em ____/____/________, foi batizado(a) em nome do Pai, do Filho e do Espírito Santo, na Igreja Metodista Livre de __________________________, em ___ de ______________ de ________, a pedido de seus pais, que assumiram diante de Deus e da igreja o compromisso de criá-lo(a) na disciplina e na instrução do Senhor.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</w:tblGrid>
      <w:tr>
        <w:tc>
          <w:tcPr>
            <w:tcW w:type="dxa" w:w="5386"/>
          </w:tcPr>
          <w:p>
            <w:pPr>
              <w:pBdr>
                <w:top w:val="single" w:sz="6" w:space="4" w:color="263248"/>
              </w:pBdr>
              <w:spacing w:before="1320" w:after="0" w:line="240" w:lineRule="exact"/>
              <w:ind w:left="340" w:right="340"/>
              <w:jc w:val="center"/>
            </w:pPr>
            <w:r>
              <w:rPr>
                <w:color w:val="5A6B7D"/>
                <w:sz w:val="18"/>
              </w:rPr>
              <w:t>Pastor(a) oficiante</w:t>
            </w:r>
          </w:p>
        </w:tc>
      </w:tr>
    </w:tbl>
    <w:p>
      <w:pPr>
        <w:widowControl w:val="0"/>
        <w:spacing w:before="320" w:after="0" w:line="240" w:lineRule="exact"/>
        <w:jc w:val="center"/>
      </w:pPr>
      <w:r>
        <w:rPr>
          <w:i/>
          <w:color w:val="5A6B7D"/>
          <w:sz w:val="17"/>
        </w:rPr>
        <w:t>A partir dos dezesseis anos, para ser recebida como membro pleno, a pessoa batizada na infância faz por si mesma a afirmação dos votos de batismo (§9050).</w:t>
      </w:r>
    </w:p>
    <w:sectPr w:rsidR="00FC693F" w:rsidRPr="0006063C" w:rsidSect="00034616">
      <w:headerReference w:type="default" r:id="rId9"/>
      <w:pgSz w:w="16838" w:h="11906" w:orient="landscape"/>
      <w:pgMar w:top="2551" w:right="1701" w:bottom="907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ontserrat">
    <w:altName w:val="Arial"/>
    <w:panose1 w:val="00000000000000000000"/>
    <w:charset w:val="00"/>
    <w:family w:val="swiss"/>
    <w:pitch w:val="variable"/>
    <w:sig w:usb0="80000067" w:usb1="0000006A" w:usb2="00000000" w:usb3="00000000" w:csb0="20000197" w:csb1="00000000"/>
    <w:embedRegular r:id="rId1" w:fontKey="{4B74E207-08A8-4A36-B22E-FA3B92D50453}"/>
    <w:embedBold r:id="rId2" w:fontKey="{0856D409-DEB8-4B67-8000-58F6B0EEC207}"/>
    <w:embedItalic r:id="rId3" w:fontKey="{AAD67E03-D435-4A11-B20A-4B8D9C31627B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000" cy="7560000"/>
          <wp:effectExtent l="0" t="0" r="0" b="0"/>
          <wp:wrapNone/>
          <wp:docPr id="116" name="Fundo da página" descr="Moldura e logotipo da Igreja Metodista Livre do Brasil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undo-credencial-sem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000" cy="7560000"/>
                  </a:xfrm>
                  <a:prstGeom prst="rect"/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2" behindDoc="0" locked="0" layoutInCell="1" allowOverlap="1">
          <wp:simplePos x="0" y="0"/>
          <wp:positionH relativeFrom="page">
            <wp:posOffset>4264429</wp:posOffset>
          </wp:positionH>
          <wp:positionV relativeFrom="page">
            <wp:posOffset>556953</wp:posOffset>
          </wp:positionV>
          <wp:extent cx="2161309" cy="735676"/>
          <wp:effectExtent l="0" t="0" r="0" b="0"/>
          <wp:wrapNone/>
          <wp:docPr id="216" name="Logotipo" descr="Logotipo da Igreja Metodista Livre do Brasil. Troque pelo da sua igreja ou Conferência: clique duas vezes no alto da página, clique com o botão direito no logotipo e escolha Alterar imagem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tip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61309" cy="735676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/>
    </w:pPr>
    <w:rPr>
      <w:rFonts w:ascii="Montserrat" w:hAnsi="Montserrat" w:eastAsia="Montserrat" w:cs="Montserrat"/>
      <w:color w:val="263248"/>
      <w:sz w:val="22"/>
      <w:lang w:val="pt-BR" w:eastAsia="pt-B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de Batismo Infantil</dc:title>
  <dc:subject>Modelo do Apêndice do Manual da Igreja (Formulários)</dc:subject>
  <dc:creator>Igreja Metodista Livre do Brasil</dc:creator>
  <cp:keywords>Igreja Metodista Livre; Manual da Igreja; modelo; certificados</cp:keywords>
  <dc:description>Modelo para preencher no computador (digite sobre as linhas) ou imprimir e preencher à mão. metodistalivre.org.br</dc:description>
  <cp:lastModifiedBy>Igreja Metodista Livre do Brasil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