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spacing w:before="0" w:after="0" w:line="800" w:lineRule="exact"/>
        <w:jc w:val="center"/>
      </w:pPr>
      <w:r>
        <w:rPr>
          <w:b/>
          <w:caps/>
          <w:color w:val="003A70"/>
          <w:spacing w:val="120"/>
          <w:sz w:val="60"/>
        </w:rPr>
        <w:t>CERTIFICADO</w:t>
      </w:r>
    </w:p>
    <w:p>
      <w:pPr>
        <w:widowControl w:val="0"/>
        <w:spacing w:before="0" w:after="160" w:line="400" w:lineRule="exact"/>
        <w:jc w:val="center"/>
      </w:pPr>
      <w:r>
        <w:rPr>
          <w:b/>
          <w:caps/>
          <w:color w:val="3D6B96"/>
          <w:spacing w:val="40"/>
          <w:sz w:val="28"/>
        </w:rPr>
        <w:t>DE MEMBRESIA</w:t>
      </w:r>
    </w:p>
    <w:p>
      <w:pPr>
        <w:pBdr>
          <w:top w:val="single" w:sz="18" w:space="0" w:color="FF7F32"/>
        </w:pBdr>
        <w:spacing w:before="0" w:after="920" w:line="40" w:lineRule="exact"/>
        <w:ind w:left="6038" w:right="6038"/>
      </w:pPr>
      <w:r>
        <w:rPr>
          <w:sz w:val="4"/>
        </w:rPr>
        <w:t xml:space="preserve"> 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Certificamos que</w:t>
      </w:r>
    </w:p>
    <w:p>
      <w:pPr>
        <w:widowControl w:val="0"/>
        <w:spacing w:before="40" w:after="160" w:line="460" w:lineRule="exact"/>
        <w:jc w:val="center"/>
      </w:pPr>
      <w:r>
        <w:rPr>
          <w:b/>
          <w:color w:val="003A70"/>
          <w:sz w:val="32"/>
        </w:rPr>
        <w:t>__________________________________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foi recebido(a) como</w:t>
      </w:r>
    </w:p>
    <w:p>
      <w:pPr>
        <w:widowControl w:val="0"/>
        <w:spacing w:before="40" w:after="160" w:line="360" w:lineRule="exact"/>
        <w:jc w:val="center"/>
      </w:pPr>
      <w:r>
        <w:rPr>
          <w:color w:val="003A70"/>
          <w:sz w:val="24"/>
        </w:rPr>
        <w:t xml:space="preserve">(      ) </w:t>
      </w:r>
      <w:r>
        <w:rPr>
          <w:color w:val="263248"/>
          <w:sz w:val="24"/>
        </w:rPr>
        <w:t>membro pleno</w:t>
      </w:r>
      <w:r>
        <w:rPr>
          <w:color w:val="003A70"/>
          <w:sz w:val="24"/>
        </w:rPr>
        <w:t xml:space="preserve">            (      ) </w:t>
      </w:r>
      <w:r>
        <w:rPr>
          <w:color w:val="263248"/>
          <w:sz w:val="24"/>
        </w:rPr>
        <w:t>membro júnior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na comunhão da Igreja Metodista Livre de __________________________, em ___ de ______________ de ________.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Que o Senhor o(a) confirme na fé e na comunhão dos verdadeiros discípulos de Jesus Cristo.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</w:tblGrid>
      <w:tr>
        <w:tc>
          <w:tcPr>
            <w:tcW w:type="dxa" w:w="5386"/>
          </w:tcPr>
          <w:p>
            <w:pPr>
              <w:pBdr>
                <w:top w:val="single" w:sz="6" w:space="4" w:color="263248"/>
              </w:pBdr>
              <w:spacing w:before="1520" w:after="0" w:line="240" w:lineRule="exact"/>
              <w:ind w:left="340" w:right="340"/>
              <w:jc w:val="center"/>
            </w:pPr>
            <w:r>
              <w:rPr>
                <w:color w:val="5A6B7D"/>
                <w:sz w:val="18"/>
              </w:rPr>
              <w:t>Pastor(a)</w:t>
            </w:r>
          </w:p>
        </w:tc>
      </w:tr>
    </w:tbl>
    <w:p>
      <w:pPr>
        <w:spacing w:after="0" w:line="40" w:lineRule="exact"/>
      </w:pPr>
    </w:p>
    <w:sectPr w:rsidR="00FC693F" w:rsidRPr="0006063C" w:rsidSect="00034616">
      <w:headerReference w:type="default" r:id="rId9"/>
      <w:pgSz w:w="16838" w:h="11906" w:orient="landscape"/>
      <w:pgMar w:top="2551" w:right="1701" w:bottom="907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">
    <w:altName w:val="Arial"/>
    <w:panose1 w:val="00000000000000000000"/>
    <w:charset w:val="00"/>
    <w:family w:val="swiss"/>
    <w:pitch w:val="variable"/>
    <w:sig w:usb0="80000067" w:usb1="0000006A" w:usb2="00000000" w:usb3="00000000" w:csb0="20000197" w:csb1="00000000"/>
    <w:embedRegular r:id="rId1" w:fontKey="{7B33E85E-3C97-45BD-8A53-796065568729}"/>
    <w:embedBold r:id="rId2" w:fontKey="{A7F429B6-6864-4855-A2EC-7D8B64D07980}"/>
    <w:embedItalic r:id="rId3" w:fontKey="{4C3062C4-16A2-48C2-92F8-38B7975509FF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l="0" t="0" r="0" b="0"/>
          <wp:wrapNone/>
          <wp:docPr id="118" name="Fundo da página" descr="Moldura e logotipo da Igreja Metodista Livre do Brasi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ndo-credencial-se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000" cy="756000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" behindDoc="0" locked="0" layoutInCell="1" allowOverlap="1">
          <wp:simplePos x="0" y="0"/>
          <wp:positionH relativeFrom="page">
            <wp:posOffset>4264429</wp:posOffset>
          </wp:positionH>
          <wp:positionV relativeFrom="page">
            <wp:posOffset>556953</wp:posOffset>
          </wp:positionV>
          <wp:extent cx="2161309" cy="735676"/>
          <wp:effectExtent l="0" t="0" r="0" b="0"/>
          <wp:wrapNone/>
          <wp:docPr id="218" name="Logotipo" descr="Logotipo da Igreja Metodista Livre do Brasil. Troque pelo da sua igreja ou Conferência: clique duas vezes no alto da página, clique com o botão direito no logotipo e escolha Alterar imagem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tip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61309" cy="735676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/>
    </w:pPr>
    <w:rPr>
      <w:rFonts w:ascii="Montserrat" w:hAnsi="Montserrat" w:eastAsia="Montserrat" w:cs="Montserrat"/>
      <w:color w:val="263248"/>
      <w:sz w:val="22"/>
      <w:lang w:val="pt-BR" w:eastAsia="pt-B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Membresia</dc:title>
  <dc:subject>Modelo do Apêndice do Manual da Igreja (Formulários)</dc:subject>
  <dc:creator>Igreja Metodista Livre do Brasil</dc:creator>
  <cp:keywords>Igreja Metodista Livre; Manual da Igreja; modelo; certificados</cp:keywords>
  <dc:description>Modelo para preencher no computador (digite sobre as linhas) ou imprimir e preencher à mão. metodistalivre.org.br</dc:description>
  <cp:lastModifiedBy>Igreja Metodista Livre do Brasil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