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Concílio Regional · Transferência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Certificado de Relacionamento Conciliar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 que __________________________________ é Presbítero(a) em plena comunhão com o Concílio Regional ______________________ da Igreja Metodista Livre e recebe este certificado para transferência ao Concílio Regional ______________________.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Emitido por __________________________.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Presidente</w:t>
            </w:r>
          </w:p>
        </w:tc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Secretário(a)</w:t>
            </w:r>
          </w:p>
        </w:tc>
      </w:tr>
    </w:tbl>
    <w:p>
      <w:pPr>
        <w:widowControl w:val="0"/>
        <w:spacing w:before="800" w:after="0" w:line="250" w:lineRule="exact"/>
        <w:jc w:val="left"/>
      </w:pPr>
      <w:r>
        <w:rPr>
          <w:i/>
          <w:color w:val="5A6B7D"/>
          <w:sz w:val="17"/>
        </w:rPr>
        <w:t>Este certificado, concedido por um Concílio Regional ou distrital ou por uma COTOM, vale até as próximas sessões plenárias do Concílio Regional a que é endereçado.</w:t>
      </w: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A4158504-F309-4B12-88AB-905CA5630FCE}"/>
    <w:embedBold r:id="rId2" w:fontKey="{DA790322-57FA-4A60-A798-47FE46A24917}"/>
    <w:embedItalic r:id="rId3" w:fontKey="{F4C0998D-EB4D-4B39-9960-A1BD0066E890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10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10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Relacionamento Conciliar</dc:title>
  <dc:subject>Modelo do Apêndice do Manual da Igreja (Formulários)</dc:subject>
  <dc:creator>Igreja Metodista Livre do Brasil</dc:creator>
  <cp:keywords>Igreja Metodista Livre; Manual da Igreja; modelo; certificados e transferência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