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spacing w:before="0" w:after="0" w:line="800" w:lineRule="exact"/>
        <w:jc w:val="center"/>
      </w:pPr>
      <w:r>
        <w:rPr>
          <w:b/>
          <w:caps/>
          <w:color w:val="003A70"/>
          <w:spacing w:val="120"/>
          <w:sz w:val="60"/>
        </w:rPr>
        <w:t>CREDENCIAL</w:t>
      </w:r>
    </w:p>
    <w:p>
      <w:pPr>
        <w:widowControl w:val="0"/>
        <w:spacing w:before="0" w:after="160" w:line="400" w:lineRule="exact"/>
        <w:jc w:val="center"/>
      </w:pPr>
      <w:r>
        <w:rPr>
          <w:b/>
          <w:caps/>
          <w:color w:val="3D6B96"/>
          <w:spacing w:val="40"/>
          <w:sz w:val="28"/>
        </w:rPr>
        <w:t>DE DIACONATO</w:t>
      </w:r>
    </w:p>
    <w:p>
      <w:pPr>
        <w:pBdr>
          <w:top w:val="single" w:sz="18" w:space="0" w:color="FF7F32"/>
        </w:pBdr>
        <w:spacing w:before="0" w:after="360" w:line="40" w:lineRule="exact"/>
        <w:ind w:left="6038" w:right="6038"/>
      </w:pPr>
      <w:r>
        <w:rPr>
          <w:sz w:val="4"/>
        </w:rPr>
        <w:t xml:space="preserve"> 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Saibam todos, pelo presente, que eu, __________________________________, Superintendente do Concílio Regional ______________________, sob a proteção de Deus Todo-Poderoso e visando somente a Sua glória, consagrei nesta data, pela oração e pela imposição das minhas mãos e das mãos dos presbíteros presentes,</w:t>
      </w:r>
    </w:p>
    <w:p>
      <w:pPr>
        <w:widowControl w:val="0"/>
        <w:spacing w:before="40" w:after="160" w:line="460" w:lineRule="exact"/>
        <w:jc w:val="center"/>
      </w:pPr>
      <w:r>
        <w:rPr>
          <w:b/>
          <w:color w:val="003A70"/>
          <w:sz w:val="32"/>
        </w:rPr>
        <w:t>__________________________________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para o ofício de diácono (diaconisa) na Igreja Metodista Livre de __________________________. Enquanto o seu espírito e a sua vida estiverem em conformidade com o Evangelho de Cristo, e enquanto mantiver o padrão das sãs palavras, segundo as Sagradas Escrituras, fica habilitado(a) a exercer o diaconato e todas as funções que o Manual da Igreja Metodista Livre lhe atribui.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Em testemunho da verdade, assino esta credencial.</w:t>
      </w:r>
    </w:p>
    <w:p>
      <w:pPr>
        <w:widowControl w:val="0"/>
        <w:spacing w:before="80" w:after="0" w:line="360" w:lineRule="exact"/>
        <w:jc w:val="center"/>
      </w:pPr>
      <w:r>
        <w:rPr>
          <w:color w:val="263248"/>
          <w:sz w:val="24"/>
        </w:rPr>
        <w:t>__________________________, ___ de ______________ de 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</w:tblGrid>
      <w:tr>
        <w:tc>
          <w:tcPr>
            <w:tcW w:type="dxa" w:w="5386"/>
          </w:tcPr>
          <w:p>
            <w:pPr>
              <w:pBdr>
                <w:top w:val="single" w:sz="6" w:space="4" w:color="263248"/>
              </w:pBdr>
              <w:spacing w:before="800" w:after="0" w:line="240" w:lineRule="exact"/>
              <w:ind w:left="340" w:right="340"/>
              <w:jc w:val="center"/>
            </w:pPr>
            <w:r>
              <w:rPr>
                <w:color w:val="5A6B7D"/>
                <w:sz w:val="18"/>
              </w:rPr>
              <w:t>Superintendente do Concílio Regional</w:t>
            </w:r>
          </w:p>
        </w:tc>
      </w:tr>
    </w:tbl>
    <w:p>
      <w:pPr>
        <w:spacing w:after="0" w:line="40" w:lineRule="exact"/>
      </w:pPr>
    </w:p>
    <w:sectPr w:rsidR="00FC693F" w:rsidRPr="0006063C" w:rsidSect="00034616">
      <w:headerReference w:type="default" r:id="rId9"/>
      <w:pgSz w:w="16838" w:h="11906" w:orient="landscape"/>
      <w:pgMar w:top="2551" w:right="1701" w:bottom="907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">
    <w:altName w:val="Arial"/>
    <w:panose1 w:val="00000000000000000000"/>
    <w:charset w:val="00"/>
    <w:family w:val="swiss"/>
    <w:pitch w:val="variable"/>
    <w:sig w:usb0="80000067" w:usb1="0000006A" w:usb2="00000000" w:usb3="00000000" w:csb0="20000197" w:csb1="00000000"/>
    <w:embedRegular r:id="rId1" w:fontKey="{85A4B1DE-5C4C-4D7A-B6DF-D152865DDE4C}"/>
    <w:embedBold r:id="rId2" w:fontKey="{C284D71E-8978-4BCA-9A8C-B5AD3C1C2624}"/>
    <w:embedItalic r:id="rId3" w:fontKey="{575C0347-2BDB-46EC-A928-9DBCA9E937D9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l="0" t="0" r="0" b="0"/>
          <wp:wrapNone/>
          <wp:docPr id="100" name="Fundo da página" descr="Moldura e logotipo da Igreja Metodista Livre do Brasi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ndo-credencial-se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000" cy="756000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" behindDoc="0" locked="0" layoutInCell="1" allowOverlap="1">
          <wp:simplePos x="0" y="0"/>
          <wp:positionH relativeFrom="page">
            <wp:posOffset>4264429</wp:posOffset>
          </wp:positionH>
          <wp:positionV relativeFrom="page">
            <wp:posOffset>556953</wp:posOffset>
          </wp:positionV>
          <wp:extent cx="2161309" cy="735676"/>
          <wp:effectExtent l="0" t="0" r="0" b="0"/>
          <wp:wrapNone/>
          <wp:docPr id="200" name="Logotipo" descr="Logotipo da Igreja Metodista Livre do Brasil. Troque pelo da sua igreja ou Conferência: clique duas vezes no alto da página, clique com o botão direito no logotipo e escolha Alterar imagem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tip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61309" cy="735676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/>
    </w:pPr>
    <w:rPr>
      <w:rFonts w:ascii="Montserrat" w:hAnsi="Montserrat" w:eastAsia="Montserrat" w:cs="Montserrat"/>
      <w:color w:val="263248"/>
      <w:sz w:val="22"/>
      <w:lang w:val="pt-BR" w:eastAsia="pt-B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Credencial de Diaconato</dc:title>
  <dc:subject>Modelo do Apêndice do Manual da Igreja (Formulários)</dc:subject>
  <dc:creator>Igreja Metodista Livre do Brasil</dc:creator>
  <cp:keywords>Igreja Metodista Livre; Manual da Igreja; modelo; credenciais</cp:keywords>
  <dc:description>Modelo para preencher no computador (digite sobre as linhas) ou imprimir e preencher à mão. metodistalivre.org.br</dc:description>
  <cp:lastModifiedBy>Igreja Metodista Livre do Brasil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